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5559F" w14:textId="1159DAA3" w:rsidR="006C35F6" w:rsidRDefault="00E22E7B">
      <w:pPr>
        <w:jc w:val="center"/>
      </w:pPr>
      <w:r>
        <w:rPr>
          <w:b/>
          <w:color w:val="548235"/>
          <w:sz w:val="34"/>
        </w:rPr>
        <w:t>RELAZIONE UNICA</w:t>
      </w:r>
      <w:r>
        <w:rPr>
          <w:b/>
          <w:color w:val="548235"/>
          <w:sz w:val="34"/>
        </w:rPr>
        <w:br/>
        <w:t>PRATIC</w:t>
      </w:r>
      <w:r w:rsidR="00D25D0F">
        <w:rPr>
          <w:b/>
          <w:color w:val="548235"/>
          <w:sz w:val="34"/>
        </w:rPr>
        <w:t>A PAESAGGISTICA</w:t>
      </w:r>
    </w:p>
    <w:p w14:paraId="29D29C8A" w14:textId="77777777" w:rsidR="006C35F6" w:rsidRDefault="00E22E7B">
      <w:pPr>
        <w:jc w:val="center"/>
        <w:rPr>
          <w:i/>
          <w:color w:val="666666"/>
        </w:rPr>
      </w:pPr>
      <w:r>
        <w:rPr>
          <w:i/>
          <w:color w:val="666666"/>
        </w:rPr>
        <w:t xml:space="preserve">Da </w:t>
      </w:r>
      <w:proofErr w:type="spellStart"/>
      <w:r>
        <w:rPr>
          <w:i/>
          <w:color w:val="666666"/>
        </w:rPr>
        <w:t>compilare</w:t>
      </w:r>
      <w:proofErr w:type="spellEnd"/>
      <w:r>
        <w:rPr>
          <w:i/>
          <w:color w:val="666666"/>
        </w:rPr>
        <w:t xml:space="preserve"> e </w:t>
      </w:r>
      <w:proofErr w:type="spellStart"/>
      <w:r>
        <w:rPr>
          <w:i/>
          <w:color w:val="666666"/>
        </w:rPr>
        <w:t>allegare</w:t>
      </w:r>
      <w:proofErr w:type="spellEnd"/>
      <w:r>
        <w:rPr>
          <w:i/>
          <w:color w:val="666666"/>
        </w:rPr>
        <w:t xml:space="preserve"> </w:t>
      </w:r>
      <w:proofErr w:type="spellStart"/>
      <w:r>
        <w:rPr>
          <w:i/>
          <w:color w:val="666666"/>
        </w:rPr>
        <w:t>alla</w:t>
      </w:r>
      <w:proofErr w:type="spellEnd"/>
      <w:r>
        <w:rPr>
          <w:i/>
          <w:color w:val="666666"/>
        </w:rPr>
        <w:t xml:space="preserve"> </w:t>
      </w:r>
      <w:proofErr w:type="spellStart"/>
      <w:r>
        <w:rPr>
          <w:i/>
          <w:color w:val="666666"/>
        </w:rPr>
        <w:t>pratica</w:t>
      </w:r>
      <w:proofErr w:type="spellEnd"/>
      <w:r>
        <w:rPr>
          <w:i/>
          <w:color w:val="666666"/>
        </w:rPr>
        <w:t xml:space="preserve"> </w:t>
      </w:r>
      <w:proofErr w:type="spellStart"/>
      <w:r>
        <w:rPr>
          <w:i/>
          <w:color w:val="666666"/>
        </w:rPr>
        <w:t>trasmessa</w:t>
      </w:r>
      <w:proofErr w:type="spellEnd"/>
      <w:r>
        <w:rPr>
          <w:i/>
          <w:color w:val="666666"/>
        </w:rPr>
        <w:t xml:space="preserve"> </w:t>
      </w:r>
      <w:proofErr w:type="spellStart"/>
      <w:r>
        <w:rPr>
          <w:i/>
          <w:color w:val="666666"/>
        </w:rPr>
        <w:t>tramite</w:t>
      </w:r>
      <w:proofErr w:type="spellEnd"/>
      <w:r>
        <w:rPr>
          <w:i/>
          <w:color w:val="666666"/>
        </w:rPr>
        <w:t xml:space="preserve"> SUE</w:t>
      </w:r>
    </w:p>
    <w:p w14:paraId="27F5282A" w14:textId="77777777" w:rsidR="0059380D" w:rsidRDefault="0059380D">
      <w:pPr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859"/>
      </w:tblGrid>
      <w:tr w:rsidR="006C35F6" w14:paraId="257D2574" w14:textId="77777777">
        <w:trPr>
          <w:jc w:val="center"/>
        </w:trPr>
        <w:tc>
          <w:tcPr>
            <w:tcW w:w="9859" w:type="dxa"/>
            <w:shd w:val="clear" w:color="auto" w:fill="F3F6F1"/>
          </w:tcPr>
          <w:p w14:paraId="148651A0" w14:textId="77777777" w:rsidR="00D25D0F" w:rsidRDefault="00E22E7B" w:rsidP="00D25D0F">
            <w:pPr>
              <w:spacing w:after="40"/>
              <w:jc w:val="both"/>
              <w:rPr>
                <w:b/>
                <w:color w:val="548235"/>
              </w:rPr>
            </w:pPr>
            <w:proofErr w:type="spellStart"/>
            <w:r>
              <w:rPr>
                <w:b/>
                <w:color w:val="548235"/>
              </w:rPr>
              <w:t>Istruzioni</w:t>
            </w:r>
            <w:proofErr w:type="spellEnd"/>
            <w:r>
              <w:rPr>
                <w:b/>
                <w:color w:val="548235"/>
              </w:rPr>
              <w:t xml:space="preserve"> per la </w:t>
            </w:r>
            <w:proofErr w:type="spellStart"/>
            <w:r>
              <w:rPr>
                <w:b/>
                <w:color w:val="548235"/>
              </w:rPr>
              <w:t>compilazione</w:t>
            </w:r>
            <w:proofErr w:type="spellEnd"/>
          </w:p>
          <w:p w14:paraId="722BE744" w14:textId="77777777" w:rsidR="00DE53F1" w:rsidRDefault="00E22E7B" w:rsidP="00D25D0F">
            <w:pPr>
              <w:spacing w:after="40"/>
              <w:jc w:val="both"/>
              <w:rPr>
                <w:sz w:val="18"/>
              </w:rPr>
            </w:pPr>
            <w:r>
              <w:rPr>
                <w:sz w:val="18"/>
              </w:rPr>
              <w:t xml:space="preserve">Il </w:t>
            </w:r>
            <w:proofErr w:type="spellStart"/>
            <w:r>
              <w:rPr>
                <w:sz w:val="18"/>
              </w:rPr>
              <w:t>presente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modello</w:t>
            </w:r>
            <w:proofErr w:type="spellEnd"/>
            <w:r>
              <w:rPr>
                <w:sz w:val="18"/>
              </w:rPr>
              <w:t xml:space="preserve"> è </w:t>
            </w:r>
            <w:proofErr w:type="spellStart"/>
            <w:r>
              <w:rPr>
                <w:sz w:val="18"/>
              </w:rPr>
              <w:t>pensato</w:t>
            </w:r>
            <w:proofErr w:type="spellEnd"/>
            <w:r>
              <w:rPr>
                <w:sz w:val="18"/>
              </w:rPr>
              <w:t xml:space="preserve"> come </w:t>
            </w:r>
            <w:proofErr w:type="spellStart"/>
            <w:r>
              <w:rPr>
                <w:sz w:val="18"/>
              </w:rPr>
              <w:t>documento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unitario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nel</w:t>
            </w:r>
            <w:proofErr w:type="spellEnd"/>
            <w:r>
              <w:rPr>
                <w:sz w:val="18"/>
              </w:rPr>
              <w:t xml:space="preserve"> quale </w:t>
            </w:r>
            <w:proofErr w:type="spellStart"/>
            <w:r>
              <w:rPr>
                <w:sz w:val="18"/>
              </w:rPr>
              <w:t>inserire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descrizion</w:t>
            </w:r>
            <w:r w:rsidR="00DE53F1"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fotografie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estratti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cartografici</w:t>
            </w:r>
            <w:proofErr w:type="spellEnd"/>
            <w:r>
              <w:rPr>
                <w:sz w:val="18"/>
              </w:rPr>
              <w:t xml:space="preserve"> ed </w:t>
            </w:r>
            <w:proofErr w:type="spellStart"/>
            <w:r>
              <w:rPr>
                <w:sz w:val="18"/>
              </w:rPr>
              <w:t>elaborati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grafici</w:t>
            </w:r>
            <w:proofErr w:type="spellEnd"/>
            <w:r>
              <w:rPr>
                <w:sz w:val="18"/>
              </w:rPr>
              <w:t xml:space="preserve">. </w:t>
            </w:r>
          </w:p>
          <w:p w14:paraId="0FCC2391" w14:textId="6615ECD7" w:rsidR="006C35F6" w:rsidRDefault="00E22E7B" w:rsidP="00D25D0F">
            <w:pPr>
              <w:spacing w:after="40"/>
              <w:jc w:val="both"/>
            </w:pPr>
            <w:proofErr w:type="spellStart"/>
            <w:r w:rsidRPr="00DE53F1">
              <w:rPr>
                <w:sz w:val="18"/>
              </w:rPr>
              <w:t>Compilare</w:t>
            </w:r>
            <w:proofErr w:type="spellEnd"/>
            <w:r w:rsidRPr="00DE53F1">
              <w:rPr>
                <w:sz w:val="18"/>
              </w:rPr>
              <w:t xml:space="preserve"> le </w:t>
            </w:r>
            <w:proofErr w:type="spellStart"/>
            <w:r w:rsidRPr="00DE53F1">
              <w:rPr>
                <w:sz w:val="18"/>
              </w:rPr>
              <w:t>sezioni</w:t>
            </w:r>
            <w:proofErr w:type="spellEnd"/>
            <w:r w:rsidRPr="00DE53F1">
              <w:rPr>
                <w:sz w:val="18"/>
              </w:rPr>
              <w:t xml:space="preserve"> </w:t>
            </w:r>
            <w:proofErr w:type="spellStart"/>
            <w:r w:rsidRPr="00DE53F1">
              <w:rPr>
                <w:sz w:val="18"/>
              </w:rPr>
              <w:t>pertinenti</w:t>
            </w:r>
            <w:proofErr w:type="spellEnd"/>
            <w:r w:rsidRPr="00DE53F1">
              <w:rPr>
                <w:sz w:val="18"/>
              </w:rPr>
              <w:t xml:space="preserve"> </w:t>
            </w:r>
            <w:proofErr w:type="spellStart"/>
            <w:r w:rsidRPr="00DE53F1">
              <w:rPr>
                <w:sz w:val="18"/>
              </w:rPr>
              <w:t>alla</w:t>
            </w:r>
            <w:proofErr w:type="spellEnd"/>
            <w:r w:rsidRPr="00DE53F1">
              <w:rPr>
                <w:sz w:val="18"/>
              </w:rPr>
              <w:t xml:space="preserve"> </w:t>
            </w:r>
            <w:proofErr w:type="spellStart"/>
            <w:r w:rsidRPr="00DE53F1">
              <w:rPr>
                <w:sz w:val="18"/>
              </w:rPr>
              <w:t>procedura</w:t>
            </w:r>
            <w:proofErr w:type="spellEnd"/>
            <w:r w:rsidRPr="00DE53F1">
              <w:rPr>
                <w:sz w:val="18"/>
              </w:rPr>
              <w:t xml:space="preserve"> </w:t>
            </w:r>
            <w:proofErr w:type="spellStart"/>
            <w:r w:rsidRPr="00DE53F1">
              <w:rPr>
                <w:sz w:val="18"/>
              </w:rPr>
              <w:t>attivata</w:t>
            </w:r>
            <w:proofErr w:type="spellEnd"/>
            <w:r>
              <w:rPr>
                <w:sz w:val="18"/>
              </w:rPr>
              <w:t xml:space="preserve"> ed </w:t>
            </w:r>
            <w:proofErr w:type="spellStart"/>
            <w:r>
              <w:rPr>
                <w:sz w:val="18"/>
              </w:rPr>
              <w:t>eliminare</w:t>
            </w:r>
            <w:proofErr w:type="spellEnd"/>
            <w:r>
              <w:rPr>
                <w:sz w:val="18"/>
              </w:rPr>
              <w:t xml:space="preserve"> le </w:t>
            </w:r>
            <w:proofErr w:type="spellStart"/>
            <w:r>
              <w:rPr>
                <w:sz w:val="18"/>
              </w:rPr>
              <w:t>indicazioni</w:t>
            </w:r>
            <w:proofErr w:type="spellEnd"/>
            <w:r>
              <w:rPr>
                <w:sz w:val="18"/>
              </w:rPr>
              <w:t xml:space="preserve"> non </w:t>
            </w:r>
            <w:proofErr w:type="spellStart"/>
            <w:r>
              <w:rPr>
                <w:sz w:val="18"/>
              </w:rPr>
              <w:t>applicabili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AC5BC9" w14:paraId="10FCE7E9" w14:textId="77777777" w:rsidTr="001346E7">
        <w:trPr>
          <w:jc w:val="center"/>
        </w:trPr>
        <w:tc>
          <w:tcPr>
            <w:tcW w:w="9859" w:type="dxa"/>
            <w:shd w:val="clear" w:color="auto" w:fill="F3F6F1"/>
          </w:tcPr>
          <w:p w14:paraId="69D44F8E" w14:textId="3C6AFE73" w:rsidR="00AC5BC9" w:rsidRDefault="00AC5BC9" w:rsidP="00F1466F">
            <w:pPr>
              <w:spacing w:after="40"/>
              <w:jc w:val="both"/>
            </w:pPr>
            <w:r>
              <w:rPr>
                <w:sz w:val="18"/>
              </w:rPr>
              <w:t xml:space="preserve">Per </w:t>
            </w:r>
            <w:proofErr w:type="spellStart"/>
            <w:r>
              <w:rPr>
                <w:sz w:val="18"/>
              </w:rPr>
              <w:t>l’autorizzazione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ordinaria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restano</w:t>
            </w:r>
            <w:proofErr w:type="spellEnd"/>
            <w:r>
              <w:rPr>
                <w:sz w:val="18"/>
              </w:rPr>
              <w:t xml:space="preserve"> fermi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contenuti</w:t>
            </w:r>
            <w:proofErr w:type="spellEnd"/>
            <w:r>
              <w:rPr>
                <w:sz w:val="18"/>
              </w:rPr>
              <w:t xml:space="preserve"> del D.P.C.M. 12 </w:t>
            </w:r>
            <w:proofErr w:type="spellStart"/>
            <w:r>
              <w:rPr>
                <w:sz w:val="18"/>
              </w:rPr>
              <w:t>dicembre</w:t>
            </w:r>
            <w:proofErr w:type="spellEnd"/>
            <w:r>
              <w:rPr>
                <w:sz w:val="18"/>
              </w:rPr>
              <w:t xml:space="preserve"> 2005; per la </w:t>
            </w:r>
            <w:proofErr w:type="spellStart"/>
            <w:r>
              <w:rPr>
                <w:sz w:val="18"/>
              </w:rPr>
              <w:t>procedura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semplificata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quelli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dell’Allegato</w:t>
            </w:r>
            <w:proofErr w:type="spellEnd"/>
            <w:r>
              <w:rPr>
                <w:sz w:val="18"/>
              </w:rPr>
              <w:t xml:space="preserve"> D al D.P.R. 31/2017; per il </w:t>
            </w:r>
            <w:proofErr w:type="spellStart"/>
            <w:r>
              <w:rPr>
                <w:sz w:val="18"/>
              </w:rPr>
              <w:t>parere</w:t>
            </w:r>
            <w:proofErr w:type="spellEnd"/>
            <w:r>
              <w:rPr>
                <w:sz w:val="18"/>
              </w:rPr>
              <w:t xml:space="preserve"> ex art. 24 L.R. 56/1977 </w:t>
            </w:r>
            <w:proofErr w:type="spellStart"/>
            <w:r>
              <w:rPr>
                <w:sz w:val="18"/>
              </w:rPr>
              <w:t>occorre</w:t>
            </w:r>
            <w:proofErr w:type="spellEnd"/>
            <w:r>
              <w:rPr>
                <w:sz w:val="18"/>
              </w:rPr>
              <w:t xml:space="preserve"> fare </w:t>
            </w:r>
            <w:proofErr w:type="spellStart"/>
            <w:r>
              <w:rPr>
                <w:sz w:val="18"/>
              </w:rPr>
              <w:t>riferimento</w:t>
            </w:r>
            <w:proofErr w:type="spellEnd"/>
            <w:r>
              <w:rPr>
                <w:sz w:val="18"/>
              </w:rPr>
              <w:t xml:space="preserve"> alle </w:t>
            </w:r>
            <w:proofErr w:type="spellStart"/>
            <w:r>
              <w:rPr>
                <w:sz w:val="18"/>
              </w:rPr>
              <w:t>specifiche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previsioni</w:t>
            </w:r>
            <w:proofErr w:type="spellEnd"/>
            <w:r>
              <w:rPr>
                <w:sz w:val="18"/>
              </w:rPr>
              <w:t xml:space="preserve"> del PRGC. In </w:t>
            </w:r>
            <w:proofErr w:type="spellStart"/>
            <w:r>
              <w:rPr>
                <w:sz w:val="18"/>
              </w:rPr>
              <w:t>presenza</w:t>
            </w:r>
            <w:proofErr w:type="spellEnd"/>
            <w:r>
              <w:rPr>
                <w:sz w:val="18"/>
              </w:rPr>
              <w:t xml:space="preserve"> di </w:t>
            </w:r>
            <w:proofErr w:type="spellStart"/>
            <w:r>
              <w:rPr>
                <w:sz w:val="18"/>
              </w:rPr>
              <w:t>più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presupposti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compilare</w:t>
            </w:r>
            <w:proofErr w:type="spellEnd"/>
            <w:r>
              <w:rPr>
                <w:sz w:val="18"/>
              </w:rPr>
              <w:t xml:space="preserve"> tutte le </w:t>
            </w:r>
            <w:proofErr w:type="spellStart"/>
            <w:r>
              <w:rPr>
                <w:sz w:val="18"/>
              </w:rPr>
              <w:t>sezioni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pertinenti</w:t>
            </w:r>
            <w:proofErr w:type="spellEnd"/>
            <w:r>
              <w:rPr>
                <w:sz w:val="18"/>
              </w:rPr>
              <w:t>.</w:t>
            </w:r>
          </w:p>
        </w:tc>
      </w:tr>
    </w:tbl>
    <w:p w14:paraId="5FF4EE20" w14:textId="77777777" w:rsidR="00AC5BC9" w:rsidRDefault="00AC5BC9"/>
    <w:p w14:paraId="5DB72B0E" w14:textId="4BAD7EBC" w:rsidR="006C35F6" w:rsidRDefault="00E22E7B">
      <w:pPr>
        <w:pStyle w:val="Titolo1"/>
      </w:pPr>
      <w:r>
        <w:t>A. INDIVIDUAZIONE DELLA PROCEDURA</w:t>
      </w:r>
    </w:p>
    <w:p w14:paraId="56FBAE2C" w14:textId="77777777" w:rsidR="006C35F6" w:rsidRDefault="00E22E7B">
      <w:r>
        <w:t>☐ Autorizzazione paesaggistica ordinaria – art. 146 D.Lgs. 42/2004</w:t>
      </w:r>
    </w:p>
    <w:p w14:paraId="1055B204" w14:textId="77777777" w:rsidR="006C35F6" w:rsidRDefault="00E22E7B">
      <w:r>
        <w:t>☐ Autorizzazione paesaggistica semplificata – D.P.R. 31/2017, Allegato B</w:t>
      </w:r>
    </w:p>
    <w:p w14:paraId="429B09BC" w14:textId="77777777" w:rsidR="006C35F6" w:rsidRDefault="00E22E7B">
      <w:r>
        <w:t>☐ Parere della Commissione Locale per il Paesaggio ai sensi dell’art. 24 L.R. 56/1977</w:t>
      </w:r>
    </w:p>
    <w:p w14:paraId="289EBF10" w14:textId="6CE054C2" w:rsidR="00D25D0F" w:rsidRPr="00D25D0F" w:rsidRDefault="00D25D0F">
      <w:pPr>
        <w:rPr>
          <w:lang w:val="it-IT"/>
        </w:rPr>
      </w:pPr>
      <w:r w:rsidRPr="00D25D0F">
        <w:rPr>
          <w:rFonts w:ascii="Segoe UI Symbol" w:hAnsi="Segoe UI Symbol" w:cs="Segoe UI Symbol"/>
          <w:lang w:val="it-IT"/>
        </w:rPr>
        <w:t>☐</w:t>
      </w:r>
      <w:r w:rsidRPr="00D25D0F">
        <w:rPr>
          <w:lang w:val="it-IT"/>
        </w:rPr>
        <w:t xml:space="preserve"> Accertamento di compatibilità paesaggistica – art. 167 </w:t>
      </w:r>
      <w:proofErr w:type="spellStart"/>
      <w:r w:rsidRPr="00D25D0F">
        <w:rPr>
          <w:lang w:val="it-IT"/>
        </w:rPr>
        <w:t>D.Lgs.</w:t>
      </w:r>
      <w:proofErr w:type="spellEnd"/>
      <w:r w:rsidRPr="00D25D0F">
        <w:rPr>
          <w:lang w:val="it-IT"/>
        </w:rPr>
        <w:t xml:space="preserve"> 42/2004 (solo nei casi ammessi)</w:t>
      </w:r>
    </w:p>
    <w:p w14:paraId="50D159AC" w14:textId="77777777" w:rsidR="006C35F6" w:rsidRDefault="00E22E7B">
      <w:pPr>
        <w:pStyle w:val="Titolo1"/>
      </w:pPr>
      <w:r>
        <w:t>B. DATI GENERALI</w:t>
      </w:r>
    </w:p>
    <w:p w14:paraId="0A69F64D" w14:textId="77777777" w:rsidR="006C35F6" w:rsidRDefault="00E22E7B">
      <w:r>
        <w:t>Richiedente / avente titolo: __________________________________________________________</w:t>
      </w:r>
    </w:p>
    <w:p w14:paraId="1E1AA125" w14:textId="6136DC80" w:rsidR="006C35F6" w:rsidRDefault="00E22E7B">
      <w:r>
        <w:t>Codice fiscale / partita IVA: __________________________________________________________</w:t>
      </w:r>
    </w:p>
    <w:p w14:paraId="7EA4D29E" w14:textId="3CBB7E6D" w:rsidR="006C35F6" w:rsidRDefault="00E22E7B">
      <w:proofErr w:type="spellStart"/>
      <w:r>
        <w:t>Ubicazione</w:t>
      </w:r>
      <w:proofErr w:type="spellEnd"/>
      <w:r>
        <w:t xml:space="preserve"> </w:t>
      </w:r>
      <w:proofErr w:type="spellStart"/>
      <w:r>
        <w:t>dell’intervento</w:t>
      </w:r>
      <w:proofErr w:type="spellEnd"/>
      <w:r>
        <w:t>: __________________________________________________________</w:t>
      </w:r>
    </w:p>
    <w:p w14:paraId="1430F0DC" w14:textId="709D8693" w:rsidR="006C35F6" w:rsidRDefault="00E22E7B">
      <w:proofErr w:type="spellStart"/>
      <w:r>
        <w:t>Identificazione</w:t>
      </w:r>
      <w:proofErr w:type="spellEnd"/>
      <w:r>
        <w:t xml:space="preserve"> </w:t>
      </w:r>
      <w:proofErr w:type="spellStart"/>
      <w:r>
        <w:t>catastale</w:t>
      </w:r>
      <w:proofErr w:type="spellEnd"/>
      <w:r>
        <w:t xml:space="preserve"> (</w:t>
      </w:r>
      <w:proofErr w:type="spellStart"/>
      <w:r>
        <w:t>foglio</w:t>
      </w:r>
      <w:proofErr w:type="spellEnd"/>
      <w:r>
        <w:t xml:space="preserve">, </w:t>
      </w:r>
      <w:proofErr w:type="spellStart"/>
      <w:r>
        <w:t>mappale</w:t>
      </w:r>
      <w:proofErr w:type="spellEnd"/>
      <w:r>
        <w:t xml:space="preserve">, </w:t>
      </w:r>
      <w:proofErr w:type="spellStart"/>
      <w:r>
        <w:t>subalterno</w:t>
      </w:r>
      <w:proofErr w:type="spellEnd"/>
      <w:r>
        <w:t>): _____________________________________</w:t>
      </w:r>
    </w:p>
    <w:p w14:paraId="3494EC55" w14:textId="299B0FD7" w:rsidR="006C35F6" w:rsidRDefault="00E22E7B">
      <w:proofErr w:type="spellStart"/>
      <w:r>
        <w:t>Destinazione</w:t>
      </w:r>
      <w:proofErr w:type="spellEnd"/>
      <w:r>
        <w:t xml:space="preserve"> </w:t>
      </w:r>
      <w:proofErr w:type="spellStart"/>
      <w:r>
        <w:t>d’uso</w:t>
      </w:r>
      <w:proofErr w:type="spellEnd"/>
      <w:r>
        <w:t xml:space="preserve"> </w:t>
      </w:r>
      <w:proofErr w:type="spellStart"/>
      <w:r>
        <w:t>attuale</w:t>
      </w:r>
      <w:proofErr w:type="spellEnd"/>
      <w:r>
        <w:t>: __________________________________________________________</w:t>
      </w:r>
    </w:p>
    <w:p w14:paraId="503B4C80" w14:textId="2E52628A" w:rsidR="006C35F6" w:rsidRDefault="00E22E7B">
      <w:proofErr w:type="spellStart"/>
      <w:r>
        <w:t>Destinazione</w:t>
      </w:r>
      <w:proofErr w:type="spellEnd"/>
      <w:r>
        <w:t xml:space="preserve"> </w:t>
      </w:r>
      <w:proofErr w:type="spellStart"/>
      <w:r>
        <w:t>d’uso</w:t>
      </w:r>
      <w:proofErr w:type="spellEnd"/>
      <w:r>
        <w:t xml:space="preserve"> di </w:t>
      </w:r>
      <w:proofErr w:type="spellStart"/>
      <w:r>
        <w:t>progetto</w:t>
      </w:r>
      <w:proofErr w:type="spellEnd"/>
      <w:r>
        <w:t>: _______________________________________________________</w:t>
      </w:r>
    </w:p>
    <w:p w14:paraId="0DF29941" w14:textId="62172E26" w:rsidR="006C35F6" w:rsidRDefault="00E22E7B">
      <w:proofErr w:type="spellStart"/>
      <w:r>
        <w:t>Professionista</w:t>
      </w:r>
      <w:proofErr w:type="spellEnd"/>
      <w:r>
        <w:t xml:space="preserve"> </w:t>
      </w:r>
      <w:proofErr w:type="spellStart"/>
      <w:r>
        <w:t>incaricato</w:t>
      </w:r>
      <w:proofErr w:type="spellEnd"/>
      <w:r>
        <w:t>: ____________________________________________________________</w:t>
      </w:r>
    </w:p>
    <w:p w14:paraId="2EEE026B" w14:textId="477B611E" w:rsidR="006C35F6" w:rsidRDefault="00E22E7B">
      <w:r>
        <w:t xml:space="preserve">Ordine / Collegio e </w:t>
      </w:r>
      <w:proofErr w:type="spellStart"/>
      <w:r>
        <w:t>numero</w:t>
      </w:r>
      <w:proofErr w:type="spellEnd"/>
      <w:r>
        <w:t xml:space="preserve"> di </w:t>
      </w:r>
      <w:proofErr w:type="spellStart"/>
      <w:r>
        <w:t>iscrizione</w:t>
      </w:r>
      <w:proofErr w:type="spellEnd"/>
      <w:r>
        <w:t>: ________________________________________________</w:t>
      </w:r>
    </w:p>
    <w:p w14:paraId="7BDF985C" w14:textId="77777777" w:rsidR="006C35F6" w:rsidRDefault="00E22E7B">
      <w:r>
        <w:t>Recapito e-mail / PEC: ______________________________________________________________</w:t>
      </w:r>
    </w:p>
    <w:p w14:paraId="395AE215" w14:textId="77777777" w:rsidR="00A674B8" w:rsidRDefault="00A674B8">
      <w:pPr>
        <w:spacing w:after="200"/>
        <w:rPr>
          <w:rFonts w:asciiTheme="majorHAnsi" w:eastAsiaTheme="majorEastAsia" w:hAnsiTheme="majorHAnsi" w:cstheme="majorBidi"/>
          <w:b/>
          <w:bCs/>
          <w:color w:val="548235"/>
          <w:sz w:val="30"/>
          <w:szCs w:val="28"/>
        </w:rPr>
      </w:pPr>
      <w:r>
        <w:br w:type="page"/>
      </w:r>
    </w:p>
    <w:p w14:paraId="4BE50B4A" w14:textId="67A4D3B6" w:rsidR="006C35F6" w:rsidRDefault="00E22E7B">
      <w:pPr>
        <w:pStyle w:val="Titolo1"/>
      </w:pPr>
      <w:r>
        <w:lastRenderedPageBreak/>
        <w:t>C. INQUADRAMENTO TERRITORIALE, URBANISTICO E PAESAGGISTICO</w:t>
      </w:r>
    </w:p>
    <w:p w14:paraId="2CEEF81E" w14:textId="77777777" w:rsidR="006C35F6" w:rsidRDefault="00E22E7B" w:rsidP="007472A9">
      <w:pPr>
        <w:jc w:val="both"/>
      </w:pPr>
      <w:r>
        <w:t>Descrivere l’ubicazione dell’immobile e il contesto territoriale, indicando gli elementi utili alla comprensione dell’intervento.</w:t>
      </w:r>
    </w:p>
    <w:p w14:paraId="66B14F64" w14:textId="77777777" w:rsidR="006C35F6" w:rsidRDefault="00E22E7B">
      <w:r>
        <w:t>________________________________________________________________________________</w:t>
      </w:r>
    </w:p>
    <w:p w14:paraId="14FE88ED" w14:textId="77777777" w:rsidR="006C35F6" w:rsidRDefault="00E22E7B" w:rsidP="007472A9">
      <w:pPr>
        <w:jc w:val="both"/>
      </w:pPr>
      <w:proofErr w:type="spellStart"/>
      <w:r>
        <w:t>Indicare</w:t>
      </w:r>
      <w:proofErr w:type="spellEnd"/>
      <w:r>
        <w:t xml:space="preserve"> la </w:t>
      </w:r>
      <w:proofErr w:type="spellStart"/>
      <w:r>
        <w:t>classificazione</w:t>
      </w:r>
      <w:proofErr w:type="spellEnd"/>
      <w:r>
        <w:t xml:space="preserve"> </w:t>
      </w:r>
      <w:proofErr w:type="spellStart"/>
      <w:r>
        <w:t>urbanistica</w:t>
      </w:r>
      <w:proofErr w:type="spellEnd"/>
      <w:r>
        <w:t xml:space="preserve"> secondo il PRGC e, se pertinente, la specifica individuazione ai sensi dell’art. 24 L.R. 56/1977.</w:t>
      </w:r>
    </w:p>
    <w:p w14:paraId="03D7AD11" w14:textId="77777777" w:rsidR="006C35F6" w:rsidRDefault="00E22E7B">
      <w:r>
        <w:t>________________________________________________________________________________</w:t>
      </w:r>
    </w:p>
    <w:p w14:paraId="041704CD" w14:textId="77777777" w:rsidR="006C35F6" w:rsidRDefault="00E22E7B" w:rsidP="007472A9">
      <w:pPr>
        <w:jc w:val="both"/>
      </w:pPr>
      <w:r>
        <w:t>Indicare il vincolo paesaggistico eventualmente presente, la relativa fonte normativa e gli elementi oggetto di tutela.</w:t>
      </w:r>
    </w:p>
    <w:p w14:paraId="021FD29E" w14:textId="77777777" w:rsidR="006C35F6" w:rsidRDefault="00E22E7B">
      <w:r>
        <w:t>________________________________________________________________________________</w:t>
      </w:r>
    </w:p>
    <w:p w14:paraId="19DF95F9" w14:textId="77777777" w:rsidR="006C35F6" w:rsidRDefault="00E22E7B">
      <w:r>
        <w:t>INSERIRE QUI ESTRATTI CARTOGRAFICI / STRALCI PRGC / PERIMETRAZIONE DEL VINCOLO</w:t>
      </w:r>
    </w:p>
    <w:p w14:paraId="31892922" w14:textId="77777777" w:rsidR="006C35F6" w:rsidRDefault="00E22E7B">
      <w:r>
        <w:t>[Spazio per immagini, planimetrie e legenda]</w:t>
      </w:r>
    </w:p>
    <w:p w14:paraId="50A06B00" w14:textId="3535AD73" w:rsidR="00D530CD" w:rsidRDefault="00D530CD" w:rsidP="00D530CD"/>
    <w:p w14:paraId="75FBC641" w14:textId="7F5DE829" w:rsidR="006C35F6" w:rsidRDefault="00E22E7B">
      <w:pPr>
        <w:pStyle w:val="Titolo1"/>
      </w:pPr>
      <w:r>
        <w:t>D. DESCRIZIONE DELLO STATO DI FATTO</w:t>
      </w:r>
    </w:p>
    <w:p w14:paraId="56F1A1B3" w14:textId="77777777" w:rsidR="006C35F6" w:rsidRDefault="00E22E7B" w:rsidP="007472A9">
      <w:pPr>
        <w:jc w:val="both"/>
      </w:pPr>
      <w:r>
        <w:t>Descrivere l’immobile, le sue caratteristiche architettoniche, tipologiche e materiche, lo stato di conservazione e il rapporto con il contesto.</w:t>
      </w:r>
    </w:p>
    <w:p w14:paraId="0ED5340F" w14:textId="77777777" w:rsidR="006C35F6" w:rsidRDefault="00E22E7B">
      <w:r>
        <w:t>________________________________________________________________________________</w:t>
      </w:r>
    </w:p>
    <w:p w14:paraId="243AE9BC" w14:textId="77777777" w:rsidR="006C35F6" w:rsidRDefault="00E22E7B">
      <w:r>
        <w:t>________________________________________________________________________________</w:t>
      </w:r>
    </w:p>
    <w:p w14:paraId="03259350" w14:textId="77777777" w:rsidR="006C35F6" w:rsidRDefault="00E22E7B">
      <w:r>
        <w:t>________________________________________________________________________________</w:t>
      </w:r>
    </w:p>
    <w:p w14:paraId="53911883" w14:textId="77777777" w:rsidR="006C35F6" w:rsidRDefault="00E22E7B">
      <w:r>
        <w:t>________________________________________________________________________________</w:t>
      </w:r>
    </w:p>
    <w:p w14:paraId="32684246" w14:textId="77777777" w:rsidR="00DE53F1" w:rsidRDefault="00DE53F1">
      <w:pPr>
        <w:rPr>
          <w:b/>
          <w:bCs/>
        </w:rPr>
      </w:pPr>
    </w:p>
    <w:p w14:paraId="00663921" w14:textId="220EF20B" w:rsidR="006C35F6" w:rsidRPr="00DE53F1" w:rsidRDefault="00E22E7B">
      <w:pPr>
        <w:rPr>
          <w:b/>
          <w:bCs/>
        </w:rPr>
      </w:pPr>
      <w:r w:rsidRPr="00DE53F1">
        <w:rPr>
          <w:b/>
          <w:bCs/>
        </w:rPr>
        <w:t>DOCUMENTAZIONE FOTOGRAFICA DELLO STATO ATTUALE</w:t>
      </w:r>
    </w:p>
    <w:p w14:paraId="6CAA61CE" w14:textId="77777777" w:rsidR="006C35F6" w:rsidRDefault="00E22E7B" w:rsidP="007472A9">
      <w:pPr>
        <w:jc w:val="both"/>
      </w:pPr>
      <w:r>
        <w:t>Inserire fotografie panoramiche e di dettaglio, numerate e accompagnate da didascalia e indicazione del punto di ripresa.</w:t>
      </w:r>
    </w:p>
    <w:p w14:paraId="5F770C3A" w14:textId="77777777" w:rsidR="006C35F6" w:rsidRDefault="00E22E7B">
      <w:r>
        <w:t>Foto 1 – Didascalia / punto di ripresa: ______________________________________________</w:t>
      </w:r>
    </w:p>
    <w:p w14:paraId="751D06FA" w14:textId="77777777" w:rsidR="006C35F6" w:rsidRDefault="00E22E7B">
      <w:r>
        <w:t>[Inserire immagine]</w:t>
      </w:r>
    </w:p>
    <w:p w14:paraId="75A192F6" w14:textId="77777777" w:rsidR="006C35F6" w:rsidRDefault="00E22E7B">
      <w:r>
        <w:t>Foto 2 – Didascalia / punto di ripresa: ______________________________________________</w:t>
      </w:r>
    </w:p>
    <w:p w14:paraId="0B8FCB8C" w14:textId="195422E0" w:rsidR="00856860" w:rsidRPr="00DE53F1" w:rsidRDefault="00E22E7B" w:rsidP="00DE53F1">
      <w:r>
        <w:t>[Inserire immagine]</w:t>
      </w:r>
      <w:r w:rsidR="00856860">
        <w:br w:type="page"/>
      </w:r>
    </w:p>
    <w:p w14:paraId="18433172" w14:textId="15878897" w:rsidR="006C35F6" w:rsidRDefault="00E22E7B">
      <w:pPr>
        <w:pStyle w:val="Titolo1"/>
      </w:pPr>
      <w:r>
        <w:lastRenderedPageBreak/>
        <w:t>E. DESCRIZIONE DELL’INTERVENTO</w:t>
      </w:r>
    </w:p>
    <w:p w14:paraId="64CC93F1" w14:textId="77777777" w:rsidR="006C35F6" w:rsidRDefault="00E22E7B" w:rsidP="007472A9">
      <w:pPr>
        <w:jc w:val="both"/>
      </w:pPr>
      <w:r>
        <w:t>Descrivere in modo completo le opere previste, le modalità di esecuzione, le dimensioni, i materiali, i colori, le finiture e gli elementi da conservare o rimuovere.</w:t>
      </w:r>
    </w:p>
    <w:p w14:paraId="175460DE" w14:textId="77777777" w:rsidR="006C35F6" w:rsidRDefault="00E22E7B">
      <w:r>
        <w:t>________________________________________________________________________________</w:t>
      </w:r>
    </w:p>
    <w:p w14:paraId="442C28A2" w14:textId="77777777" w:rsidR="00D530CD" w:rsidRDefault="00D530CD" w:rsidP="00D530CD"/>
    <w:p w14:paraId="4CEF677F" w14:textId="4900F10C" w:rsidR="006C35F6" w:rsidRDefault="00E22E7B">
      <w:pPr>
        <w:pStyle w:val="Titolo1"/>
      </w:pPr>
      <w:r>
        <w:t>F. ELABORATI GRAFICI – STATO DI FATTO E PROGETTO</w:t>
      </w:r>
    </w:p>
    <w:p w14:paraId="1762451C" w14:textId="77777777" w:rsidR="006C35F6" w:rsidRDefault="00E22E7B" w:rsidP="007472A9">
      <w:pPr>
        <w:jc w:val="both"/>
      </w:pPr>
      <w:r>
        <w:t>Inserire gli elaborati necessari a rappresentare in modo chiaro l’intervento: planimetrie, piante, prospetti, sezioni, particolari costruttivi e comparativi. Gli elaborati devono essere quotati, leggibili e corredati da legenda.</w:t>
      </w:r>
    </w:p>
    <w:p w14:paraId="30021213" w14:textId="77777777" w:rsidR="006C35F6" w:rsidRPr="00DE53F1" w:rsidRDefault="00E22E7B">
      <w:pPr>
        <w:rPr>
          <w:b/>
          <w:bCs/>
        </w:rPr>
      </w:pPr>
      <w:r w:rsidRPr="00DE53F1">
        <w:rPr>
          <w:b/>
          <w:bCs/>
        </w:rPr>
        <w:t>STATO DI FATTO / ANTE OPERAM</w:t>
      </w:r>
    </w:p>
    <w:p w14:paraId="5A7C20A4" w14:textId="77777777" w:rsidR="006C35F6" w:rsidRDefault="00E22E7B">
      <w:r>
        <w:t>[Inserire qui gli elaborati grafici e le relative didascalie]</w:t>
      </w:r>
    </w:p>
    <w:p w14:paraId="66FD2731" w14:textId="77777777" w:rsidR="006C35F6" w:rsidRPr="00DE53F1" w:rsidRDefault="00E22E7B">
      <w:pPr>
        <w:rPr>
          <w:b/>
          <w:bCs/>
        </w:rPr>
      </w:pPr>
      <w:r w:rsidRPr="00DE53F1">
        <w:rPr>
          <w:b/>
          <w:bCs/>
        </w:rPr>
        <w:t>PROGETTO / POST OPERAM</w:t>
      </w:r>
    </w:p>
    <w:p w14:paraId="18D5670F" w14:textId="77777777" w:rsidR="006C35F6" w:rsidRDefault="00E22E7B">
      <w:r>
        <w:t>[Inserire qui gli elaborati grafici e le relative didascalie]</w:t>
      </w:r>
    </w:p>
    <w:p w14:paraId="4DDF5F46" w14:textId="77777777" w:rsidR="006C35F6" w:rsidRPr="00DE53F1" w:rsidRDefault="00E22E7B">
      <w:pPr>
        <w:rPr>
          <w:b/>
          <w:bCs/>
        </w:rPr>
      </w:pPr>
      <w:r w:rsidRPr="00DE53F1">
        <w:rPr>
          <w:b/>
          <w:bCs/>
        </w:rPr>
        <w:t>ELABORATI COMPARATIVI E PARTICOLARI</w:t>
      </w:r>
    </w:p>
    <w:p w14:paraId="0D56DC72" w14:textId="77777777" w:rsidR="006C35F6" w:rsidRDefault="00E22E7B">
      <w:r>
        <w:t>[Inserire qui gli elaborati grafici e le relative didascalie]</w:t>
      </w:r>
    </w:p>
    <w:p w14:paraId="100C79AF" w14:textId="77777777" w:rsidR="00D530CD" w:rsidRDefault="00D530CD" w:rsidP="00D530CD"/>
    <w:p w14:paraId="5853B6FD" w14:textId="5257DED5" w:rsidR="006C35F6" w:rsidRDefault="00E22E7B">
      <w:pPr>
        <w:pStyle w:val="Titolo1"/>
      </w:pPr>
      <w:r>
        <w:t>G. VALUTAZIONE DELL’INSERIMENTO PAESAGGISTICO</w:t>
      </w:r>
    </w:p>
    <w:p w14:paraId="1E9FDCE2" w14:textId="77777777" w:rsidR="006C35F6" w:rsidRDefault="00E22E7B" w:rsidP="007472A9">
      <w:pPr>
        <w:jc w:val="both"/>
      </w:pPr>
      <w:r>
        <w:t>Descrivere gli effetti dell’intervento sul contesto e sui valori paesaggistici tutelati, ove pertinente. Illustrare le scelte progettuali e le eventuali misure di mitigazione.</w:t>
      </w:r>
    </w:p>
    <w:p w14:paraId="75E97CD3" w14:textId="77777777" w:rsidR="006C35F6" w:rsidRDefault="00E22E7B">
      <w:r>
        <w:t>________________________________________________________________________________</w:t>
      </w:r>
    </w:p>
    <w:p w14:paraId="3B2535DD" w14:textId="77777777" w:rsidR="00DE53F1" w:rsidRDefault="00DE53F1"/>
    <w:p w14:paraId="6FB1F6D5" w14:textId="4BCAB8ED" w:rsidR="006C35F6" w:rsidRPr="00DE53F1" w:rsidRDefault="00E22E7B">
      <w:pPr>
        <w:rPr>
          <w:b/>
          <w:bCs/>
        </w:rPr>
      </w:pPr>
      <w:proofErr w:type="spellStart"/>
      <w:r w:rsidRPr="00DE53F1">
        <w:rPr>
          <w:b/>
          <w:bCs/>
        </w:rPr>
        <w:t>Eventuali</w:t>
      </w:r>
      <w:proofErr w:type="spellEnd"/>
      <w:r w:rsidRPr="00DE53F1">
        <w:rPr>
          <w:b/>
          <w:bCs/>
        </w:rPr>
        <w:t xml:space="preserve"> </w:t>
      </w:r>
      <w:proofErr w:type="spellStart"/>
      <w:r w:rsidRPr="00DE53F1">
        <w:rPr>
          <w:b/>
          <w:bCs/>
        </w:rPr>
        <w:t>fotoinserimenti</w:t>
      </w:r>
      <w:proofErr w:type="spellEnd"/>
      <w:r w:rsidRPr="00DE53F1">
        <w:rPr>
          <w:b/>
          <w:bCs/>
        </w:rPr>
        <w:t xml:space="preserve"> / </w:t>
      </w:r>
      <w:proofErr w:type="spellStart"/>
      <w:r w:rsidRPr="00DE53F1">
        <w:rPr>
          <w:b/>
          <w:bCs/>
        </w:rPr>
        <w:t>simulazioni</w:t>
      </w:r>
      <w:proofErr w:type="spellEnd"/>
      <w:r w:rsidRPr="00DE53F1">
        <w:rPr>
          <w:b/>
          <w:bCs/>
        </w:rPr>
        <w:t xml:space="preserve"> / viste di progetto:</w:t>
      </w:r>
    </w:p>
    <w:p w14:paraId="195749F5" w14:textId="77777777" w:rsidR="006C35F6" w:rsidRDefault="00E22E7B">
      <w:r>
        <w:t>[Inserire immagini e didascalie]</w:t>
      </w:r>
    </w:p>
    <w:p w14:paraId="25FB246B" w14:textId="77777777" w:rsidR="00856860" w:rsidRDefault="00856860">
      <w:pPr>
        <w:spacing w:after="200"/>
        <w:rPr>
          <w:rFonts w:asciiTheme="majorHAnsi" w:eastAsiaTheme="majorEastAsia" w:hAnsiTheme="majorHAnsi" w:cstheme="majorBidi"/>
          <w:b/>
          <w:bCs/>
          <w:color w:val="548235"/>
          <w:sz w:val="30"/>
          <w:szCs w:val="28"/>
        </w:rPr>
      </w:pPr>
      <w:r>
        <w:br w:type="page"/>
      </w:r>
    </w:p>
    <w:p w14:paraId="44BD0A27" w14:textId="2680604D" w:rsidR="006C35F6" w:rsidRDefault="00E22E7B">
      <w:pPr>
        <w:pStyle w:val="Titolo1"/>
      </w:pPr>
      <w:r>
        <w:lastRenderedPageBreak/>
        <w:t>H. SEZIONE SPECIFICA PER AUTORIZZAZIONE PAESAGGISTICA ORDINARIA</w:t>
      </w:r>
    </w:p>
    <w:p w14:paraId="233B6551" w14:textId="77777777" w:rsidR="006C35F6" w:rsidRDefault="00E22E7B" w:rsidP="007472A9">
      <w:pPr>
        <w:jc w:val="both"/>
      </w:pPr>
      <w:r>
        <w:t>Compilare per la procedura ordinaria, assicurando che la relazione contenga gli elementi richiesti dal D.P.C.M. 12 dicembre 2005.</w:t>
      </w:r>
    </w:p>
    <w:p w14:paraId="3EA7AC6C" w14:textId="77777777" w:rsidR="00DE53F1" w:rsidRDefault="00E22E7B">
      <w:r>
        <w:t xml:space="preserve">Descrizione dei caratteri paesaggistici del contesto e dei livelli di tutela: </w:t>
      </w:r>
    </w:p>
    <w:p w14:paraId="418E7916" w14:textId="77777777" w:rsidR="00DE53F1" w:rsidRDefault="00DE53F1" w:rsidP="00DE53F1">
      <w:r>
        <w:t>______________________________________________________________</w:t>
      </w:r>
    </w:p>
    <w:p w14:paraId="51EA2EB3" w14:textId="77777777" w:rsidR="00DE53F1" w:rsidRDefault="00E22E7B">
      <w:proofErr w:type="spellStart"/>
      <w:r>
        <w:t>Valutazione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</w:t>
      </w:r>
      <w:proofErr w:type="spellStart"/>
      <w:r>
        <w:t>sensibilità</w:t>
      </w:r>
      <w:proofErr w:type="spellEnd"/>
      <w:r>
        <w:t xml:space="preserve"> e vulnerabilità del contesto: </w:t>
      </w:r>
    </w:p>
    <w:p w14:paraId="200E7D18" w14:textId="77777777" w:rsidR="00DE53F1" w:rsidRDefault="00DE53F1" w:rsidP="00DE53F1">
      <w:r>
        <w:t>______________________________________________________________</w:t>
      </w:r>
    </w:p>
    <w:p w14:paraId="73A99D75" w14:textId="77777777" w:rsidR="00DE53F1" w:rsidRDefault="00E22E7B">
      <w:proofErr w:type="spellStart"/>
      <w:r>
        <w:t>Analisi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</w:t>
      </w:r>
      <w:proofErr w:type="spellStart"/>
      <w:r>
        <w:t>trasformazioni</w:t>
      </w:r>
      <w:proofErr w:type="spellEnd"/>
      <w:r>
        <w:t xml:space="preserve"> </w:t>
      </w:r>
      <w:proofErr w:type="spellStart"/>
      <w:r>
        <w:t>indotte</w:t>
      </w:r>
      <w:proofErr w:type="spellEnd"/>
      <w:r>
        <w:t xml:space="preserve"> e degli effetti sul paesaggio: </w:t>
      </w:r>
    </w:p>
    <w:p w14:paraId="4D0A7F6C" w14:textId="77777777" w:rsidR="00DE53F1" w:rsidRDefault="00DE53F1" w:rsidP="00DE53F1">
      <w:r>
        <w:t>______________________________________________________________</w:t>
      </w:r>
    </w:p>
    <w:p w14:paraId="134B2AD4" w14:textId="77777777" w:rsidR="00DE53F1" w:rsidRDefault="00DE53F1">
      <w:proofErr w:type="spellStart"/>
      <w:r>
        <w:t>M</w:t>
      </w:r>
      <w:r w:rsidR="00E22E7B">
        <w:t>isure</w:t>
      </w:r>
      <w:proofErr w:type="spellEnd"/>
      <w:r w:rsidR="00E22E7B">
        <w:t xml:space="preserve"> di </w:t>
      </w:r>
      <w:proofErr w:type="spellStart"/>
      <w:r w:rsidR="00E22E7B">
        <w:t>mitigazione</w:t>
      </w:r>
      <w:proofErr w:type="spellEnd"/>
      <w:r w:rsidR="00E22E7B">
        <w:t xml:space="preserve"> e inserimento paesaggistico: </w:t>
      </w:r>
    </w:p>
    <w:p w14:paraId="6EF30891" w14:textId="74CAC5B0" w:rsidR="006C35F6" w:rsidRDefault="00DE53F1">
      <w:r>
        <w:t>______________________________________________________________</w:t>
      </w:r>
    </w:p>
    <w:p w14:paraId="6287B16E" w14:textId="77777777" w:rsidR="00856860" w:rsidRDefault="00856860">
      <w:pPr>
        <w:spacing w:after="200"/>
        <w:rPr>
          <w:rFonts w:asciiTheme="majorHAnsi" w:eastAsiaTheme="majorEastAsia" w:hAnsiTheme="majorHAnsi" w:cstheme="majorBidi"/>
          <w:b/>
          <w:bCs/>
          <w:color w:val="548235"/>
          <w:sz w:val="30"/>
          <w:szCs w:val="28"/>
        </w:rPr>
      </w:pPr>
      <w:r>
        <w:br w:type="page"/>
      </w:r>
    </w:p>
    <w:p w14:paraId="7C9C923E" w14:textId="1FF70501" w:rsidR="006C35F6" w:rsidRDefault="00E22E7B">
      <w:pPr>
        <w:pStyle w:val="Titolo1"/>
      </w:pPr>
      <w:r>
        <w:lastRenderedPageBreak/>
        <w:t>I. SEZIONE SPECIFICA PER AUTORIZZAZIONE PAESAGGISTICA SEMPLIFICATA</w:t>
      </w:r>
    </w:p>
    <w:p w14:paraId="1AE298C1" w14:textId="0915A1C0" w:rsidR="006C35F6" w:rsidRDefault="00E22E7B">
      <w:proofErr w:type="spellStart"/>
      <w:r>
        <w:t>Riferimento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voce </w:t>
      </w:r>
      <w:proofErr w:type="spellStart"/>
      <w:r>
        <w:t>dell’Allegato</w:t>
      </w:r>
      <w:proofErr w:type="spellEnd"/>
      <w:r>
        <w:t xml:space="preserve"> B </w:t>
      </w:r>
      <w:r w:rsidR="00DE53F1">
        <w:t xml:space="preserve">del D.P.R. 31/2017 </w:t>
      </w:r>
      <w:proofErr w:type="spellStart"/>
      <w:r>
        <w:t>applicata</w:t>
      </w:r>
      <w:proofErr w:type="spellEnd"/>
      <w:r>
        <w:t xml:space="preserve">: </w:t>
      </w:r>
      <w:r w:rsidR="00DE53F1">
        <w:t>______________________________________________________________</w:t>
      </w:r>
    </w:p>
    <w:p w14:paraId="0D46E923" w14:textId="77777777" w:rsidR="00DE53F1" w:rsidRDefault="00E22E7B">
      <w:r>
        <w:t xml:space="preserve">Descrizione sintetica dell’intervento: </w:t>
      </w:r>
    </w:p>
    <w:p w14:paraId="1038E6AE" w14:textId="77777777" w:rsidR="00DE53F1" w:rsidRDefault="00DE53F1" w:rsidP="00DE53F1">
      <w:r>
        <w:t>______________________________________________________________</w:t>
      </w:r>
    </w:p>
    <w:p w14:paraId="3B1CA31B" w14:textId="77777777" w:rsidR="00DE53F1" w:rsidRDefault="00E22E7B">
      <w:proofErr w:type="spellStart"/>
      <w:r>
        <w:t>Caratteristiche</w:t>
      </w:r>
      <w:proofErr w:type="spellEnd"/>
      <w:r>
        <w:t xml:space="preserve"> del </w:t>
      </w:r>
      <w:proofErr w:type="spellStart"/>
      <w:r>
        <w:t>contesto</w:t>
      </w:r>
      <w:proofErr w:type="spellEnd"/>
      <w:r>
        <w:t xml:space="preserve"> e del </w:t>
      </w:r>
      <w:proofErr w:type="spellStart"/>
      <w:r>
        <w:t>vincolo</w:t>
      </w:r>
      <w:proofErr w:type="spellEnd"/>
      <w:r>
        <w:t xml:space="preserve">: </w:t>
      </w:r>
    </w:p>
    <w:p w14:paraId="08070434" w14:textId="77777777" w:rsidR="00DE53F1" w:rsidRDefault="00DE53F1" w:rsidP="00DE53F1">
      <w:r>
        <w:t>______________________________________________________________</w:t>
      </w:r>
    </w:p>
    <w:p w14:paraId="1EAC4BE0" w14:textId="77777777" w:rsidR="00DE53F1" w:rsidRDefault="00E22E7B">
      <w:proofErr w:type="spellStart"/>
      <w:r>
        <w:t>Materiali</w:t>
      </w:r>
      <w:proofErr w:type="spellEnd"/>
      <w:r>
        <w:t xml:space="preserve">, </w:t>
      </w:r>
      <w:proofErr w:type="spellStart"/>
      <w:r>
        <w:t>colori</w:t>
      </w:r>
      <w:proofErr w:type="spellEnd"/>
      <w:r>
        <w:t xml:space="preserve"> e </w:t>
      </w:r>
      <w:proofErr w:type="spellStart"/>
      <w:r>
        <w:t>finiture</w:t>
      </w:r>
      <w:proofErr w:type="spellEnd"/>
      <w:r>
        <w:t xml:space="preserve">: </w:t>
      </w:r>
    </w:p>
    <w:p w14:paraId="59291DA6" w14:textId="54AA2723" w:rsidR="006C35F6" w:rsidRDefault="00E22E7B">
      <w:r>
        <w:t>______________________________________________________________</w:t>
      </w:r>
    </w:p>
    <w:p w14:paraId="166F573C" w14:textId="77777777" w:rsidR="00DE53F1" w:rsidRDefault="00E22E7B">
      <w:r>
        <w:t xml:space="preserve">Elementi utili alla valutazione dell’inserimento: </w:t>
      </w:r>
    </w:p>
    <w:p w14:paraId="19634F49" w14:textId="5197E2D1" w:rsidR="006C35F6" w:rsidRDefault="00E22E7B">
      <w:r>
        <w:t>_____________________________________________</w:t>
      </w:r>
      <w:r w:rsidR="00DE53F1">
        <w:t>_________________</w:t>
      </w:r>
    </w:p>
    <w:p w14:paraId="6D17D10F" w14:textId="77777777" w:rsidR="00856860" w:rsidRDefault="00856860">
      <w:pPr>
        <w:spacing w:after="200"/>
        <w:rPr>
          <w:rFonts w:asciiTheme="majorHAnsi" w:eastAsiaTheme="majorEastAsia" w:hAnsiTheme="majorHAnsi" w:cstheme="majorBidi"/>
          <w:b/>
          <w:bCs/>
          <w:color w:val="548235"/>
          <w:sz w:val="30"/>
          <w:szCs w:val="28"/>
        </w:rPr>
      </w:pPr>
      <w:r>
        <w:br w:type="page"/>
      </w:r>
    </w:p>
    <w:p w14:paraId="11E55F2A" w14:textId="0AAEC066" w:rsidR="006C35F6" w:rsidRDefault="00A674B8">
      <w:pPr>
        <w:pStyle w:val="Titolo1"/>
      </w:pPr>
      <w:r>
        <w:lastRenderedPageBreak/>
        <w:t>L</w:t>
      </w:r>
      <w:r w:rsidR="00E22E7B">
        <w:t>. SEZIONE SPECIFICA PER PARERE AI SENSI DELL’ART. 24 L.R. 56/1977</w:t>
      </w:r>
    </w:p>
    <w:p w14:paraId="477A887B" w14:textId="77777777" w:rsidR="00DE53F1" w:rsidRDefault="00E22E7B">
      <w:proofErr w:type="spellStart"/>
      <w:r>
        <w:t>Classificazione</w:t>
      </w:r>
      <w:proofErr w:type="spellEnd"/>
      <w:r>
        <w:t xml:space="preserve"> / </w:t>
      </w:r>
      <w:proofErr w:type="spellStart"/>
      <w:r>
        <w:t>individuazione</w:t>
      </w:r>
      <w:proofErr w:type="spellEnd"/>
      <w:r>
        <w:t xml:space="preserve"> </w:t>
      </w:r>
      <w:proofErr w:type="spellStart"/>
      <w:r>
        <w:t>dell’immobile</w:t>
      </w:r>
      <w:proofErr w:type="spellEnd"/>
      <w:r>
        <w:t xml:space="preserve"> o dell’area nel PRGC: </w:t>
      </w:r>
    </w:p>
    <w:p w14:paraId="13A35D5C" w14:textId="77777777" w:rsidR="00DE53F1" w:rsidRDefault="00DE53F1" w:rsidP="00DE53F1">
      <w:r>
        <w:t>______________________________________________________________</w:t>
      </w:r>
    </w:p>
    <w:p w14:paraId="4D3D0D8D" w14:textId="77777777" w:rsidR="00DE53F1" w:rsidRDefault="00E22E7B">
      <w:proofErr w:type="spellStart"/>
      <w:r>
        <w:t>Disposizione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NTA o </w:t>
      </w:r>
      <w:proofErr w:type="spellStart"/>
      <w:r>
        <w:t>altra</w:t>
      </w:r>
      <w:proofErr w:type="spellEnd"/>
      <w:r>
        <w:t xml:space="preserve"> </w:t>
      </w:r>
      <w:proofErr w:type="spellStart"/>
      <w:r>
        <w:t>previsione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richiede</w:t>
      </w:r>
      <w:proofErr w:type="spellEnd"/>
      <w:r>
        <w:t xml:space="preserve"> il </w:t>
      </w:r>
      <w:proofErr w:type="spellStart"/>
      <w:r>
        <w:t>parere</w:t>
      </w:r>
      <w:proofErr w:type="spellEnd"/>
      <w:r>
        <w:t>:</w:t>
      </w:r>
    </w:p>
    <w:p w14:paraId="3A3DC5BF" w14:textId="77777777" w:rsidR="00DE53F1" w:rsidRDefault="00DE53F1" w:rsidP="00DE53F1">
      <w:r>
        <w:t>______________________________________________________________</w:t>
      </w:r>
    </w:p>
    <w:p w14:paraId="7666B81F" w14:textId="77777777" w:rsidR="00DE53F1" w:rsidRDefault="00E22E7B">
      <w:proofErr w:type="spellStart"/>
      <w:r>
        <w:t>Caratteri</w:t>
      </w:r>
      <w:proofErr w:type="spellEnd"/>
      <w:r>
        <w:t xml:space="preserve"> storico-</w:t>
      </w:r>
      <w:proofErr w:type="spellStart"/>
      <w:r>
        <w:t>architettonici</w:t>
      </w:r>
      <w:proofErr w:type="spellEnd"/>
      <w:r>
        <w:t xml:space="preserve">, </w:t>
      </w:r>
      <w:proofErr w:type="spellStart"/>
      <w:r>
        <w:t>tipologici</w:t>
      </w:r>
      <w:proofErr w:type="spellEnd"/>
      <w:r>
        <w:t xml:space="preserve">, </w:t>
      </w:r>
      <w:proofErr w:type="spellStart"/>
      <w:r>
        <w:t>ambientali</w:t>
      </w:r>
      <w:proofErr w:type="spellEnd"/>
      <w:r>
        <w:t xml:space="preserve"> o documentari rilevanti: </w:t>
      </w:r>
    </w:p>
    <w:p w14:paraId="5DB276F2" w14:textId="77777777" w:rsidR="00DE53F1" w:rsidRDefault="00DE53F1" w:rsidP="00DE53F1">
      <w:r>
        <w:t>______________________________________________________________</w:t>
      </w:r>
    </w:p>
    <w:p w14:paraId="60649CCF" w14:textId="77777777" w:rsidR="00DE53F1" w:rsidRDefault="00E22E7B">
      <w:proofErr w:type="spellStart"/>
      <w:r>
        <w:t>Compatibilità</w:t>
      </w:r>
      <w:proofErr w:type="spellEnd"/>
      <w:r>
        <w:t xml:space="preserve"> </w:t>
      </w:r>
      <w:proofErr w:type="spellStart"/>
      <w:r>
        <w:t>delle</w:t>
      </w:r>
      <w:proofErr w:type="spellEnd"/>
      <w:r>
        <w:t xml:space="preserve"> opere con i caratteri da tutelare: </w:t>
      </w:r>
    </w:p>
    <w:p w14:paraId="0EE0A3C5" w14:textId="77777777" w:rsidR="00DE53F1" w:rsidRDefault="00DE53F1" w:rsidP="00DE53F1">
      <w:r>
        <w:t>______________________________________________________________</w:t>
      </w:r>
    </w:p>
    <w:p w14:paraId="329102AD" w14:textId="77777777" w:rsidR="00DE53F1" w:rsidRDefault="00E22E7B">
      <w:proofErr w:type="spellStart"/>
      <w:r>
        <w:t>Eventuali</w:t>
      </w:r>
      <w:proofErr w:type="spellEnd"/>
      <w:r>
        <w:t xml:space="preserve"> opere di </w:t>
      </w:r>
      <w:proofErr w:type="spellStart"/>
      <w:r>
        <w:t>conservazione</w:t>
      </w:r>
      <w:proofErr w:type="spellEnd"/>
      <w:r>
        <w:t xml:space="preserve">, </w:t>
      </w:r>
      <w:proofErr w:type="spellStart"/>
      <w:r>
        <w:t>ripristino</w:t>
      </w:r>
      <w:proofErr w:type="spellEnd"/>
      <w:r>
        <w:t xml:space="preserve"> o </w:t>
      </w:r>
      <w:proofErr w:type="spellStart"/>
      <w:r>
        <w:t>mitigazione</w:t>
      </w:r>
      <w:proofErr w:type="spellEnd"/>
      <w:r>
        <w:t xml:space="preserve">: </w:t>
      </w:r>
    </w:p>
    <w:p w14:paraId="5C7D51B2" w14:textId="17B845B2" w:rsidR="00856860" w:rsidRPr="00DE53F1" w:rsidRDefault="00DE53F1" w:rsidP="00DE53F1">
      <w:r>
        <w:t>______________________________________________________________</w:t>
      </w:r>
      <w:r w:rsidR="00856860">
        <w:rPr>
          <w:rFonts w:asciiTheme="majorHAnsi" w:eastAsiaTheme="majorEastAsia" w:hAnsiTheme="majorHAnsi" w:cstheme="majorBidi"/>
          <w:b/>
          <w:bCs/>
          <w:color w:val="548235"/>
          <w:sz w:val="30"/>
          <w:szCs w:val="28"/>
        </w:rPr>
        <w:br w:type="page"/>
      </w:r>
    </w:p>
    <w:p w14:paraId="2B9EA9D8" w14:textId="45BC1BA5" w:rsidR="00AC5BC9" w:rsidRPr="00AC5BC9" w:rsidRDefault="00A674B8" w:rsidP="00AC5BC9">
      <w:pPr>
        <w:rPr>
          <w:rFonts w:asciiTheme="majorHAnsi" w:eastAsiaTheme="majorEastAsia" w:hAnsiTheme="majorHAnsi" w:cstheme="majorBidi"/>
          <w:b/>
          <w:bCs/>
          <w:color w:val="548235"/>
          <w:sz w:val="30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548235"/>
          <w:sz w:val="30"/>
          <w:szCs w:val="28"/>
        </w:rPr>
        <w:lastRenderedPageBreak/>
        <w:t>M</w:t>
      </w:r>
      <w:r w:rsidR="00AC5BC9" w:rsidRPr="00AC5BC9">
        <w:rPr>
          <w:rFonts w:asciiTheme="majorHAnsi" w:eastAsiaTheme="majorEastAsia" w:hAnsiTheme="majorHAnsi" w:cstheme="majorBidi"/>
          <w:b/>
          <w:bCs/>
          <w:color w:val="548235"/>
          <w:sz w:val="30"/>
          <w:szCs w:val="28"/>
        </w:rPr>
        <w:t>. SEZIONE SPECIFICA PER ACCERTAMENTO DI COMPATIBILITÀ (ART. 167)</w:t>
      </w:r>
    </w:p>
    <w:p w14:paraId="78EE44D7" w14:textId="77777777" w:rsidR="00DE53F1" w:rsidRDefault="00AC5BC9" w:rsidP="00DE53F1">
      <w:r w:rsidRPr="00AC5BC9">
        <w:t xml:space="preserve">Descrizione delle opere </w:t>
      </w:r>
      <w:proofErr w:type="spellStart"/>
      <w:r w:rsidRPr="00AC5BC9">
        <w:t>già</w:t>
      </w:r>
      <w:proofErr w:type="spellEnd"/>
      <w:r w:rsidRPr="00AC5BC9">
        <w:t xml:space="preserve"> </w:t>
      </w:r>
      <w:proofErr w:type="spellStart"/>
      <w:r w:rsidRPr="00AC5BC9">
        <w:t>realizzate</w:t>
      </w:r>
      <w:proofErr w:type="spellEnd"/>
      <w:r w:rsidRPr="00AC5BC9">
        <w:t xml:space="preserve"> e data/</w:t>
      </w:r>
      <w:proofErr w:type="spellStart"/>
      <w:r w:rsidRPr="00AC5BC9">
        <w:t>epoca</w:t>
      </w:r>
      <w:proofErr w:type="spellEnd"/>
      <w:r w:rsidRPr="00AC5BC9">
        <w:t xml:space="preserve"> di </w:t>
      </w:r>
      <w:proofErr w:type="spellStart"/>
      <w:r w:rsidRPr="00AC5BC9">
        <w:t>esecuzione</w:t>
      </w:r>
      <w:proofErr w:type="spellEnd"/>
      <w:r w:rsidRPr="00AC5BC9">
        <w:t xml:space="preserve">: </w:t>
      </w:r>
      <w:r w:rsidR="00DE53F1">
        <w:t>______________________________________________________________</w:t>
      </w:r>
    </w:p>
    <w:p w14:paraId="78153A46" w14:textId="77777777" w:rsidR="00DE53F1" w:rsidRDefault="00AC5BC9" w:rsidP="00DE53F1">
      <w:proofErr w:type="spellStart"/>
      <w:r w:rsidRPr="00AC5BC9">
        <w:t>Fattispecie</w:t>
      </w:r>
      <w:proofErr w:type="spellEnd"/>
      <w:r w:rsidRPr="00AC5BC9">
        <w:t xml:space="preserve"> di cui </w:t>
      </w:r>
      <w:proofErr w:type="spellStart"/>
      <w:r w:rsidRPr="00AC5BC9">
        <w:t>all’art</w:t>
      </w:r>
      <w:proofErr w:type="spellEnd"/>
      <w:r w:rsidRPr="00AC5BC9">
        <w:t xml:space="preserve">. 167, comma 4, in cui </w:t>
      </w:r>
      <w:proofErr w:type="spellStart"/>
      <w:r w:rsidRPr="00AC5BC9">
        <w:t>si</w:t>
      </w:r>
      <w:proofErr w:type="spellEnd"/>
      <w:r w:rsidRPr="00AC5BC9">
        <w:t xml:space="preserve"> </w:t>
      </w:r>
      <w:proofErr w:type="spellStart"/>
      <w:r w:rsidRPr="00AC5BC9">
        <w:t>ritiene</w:t>
      </w:r>
      <w:proofErr w:type="spellEnd"/>
      <w:r w:rsidRPr="00AC5BC9">
        <w:t xml:space="preserve"> </w:t>
      </w:r>
      <w:proofErr w:type="spellStart"/>
      <w:r w:rsidRPr="00AC5BC9">
        <w:t>rientri</w:t>
      </w:r>
      <w:proofErr w:type="spellEnd"/>
      <w:r w:rsidRPr="00AC5BC9">
        <w:t xml:space="preserve"> </w:t>
      </w:r>
      <w:proofErr w:type="spellStart"/>
      <w:r w:rsidRPr="00AC5BC9">
        <w:t>l’intervento</w:t>
      </w:r>
      <w:proofErr w:type="spellEnd"/>
      <w:r w:rsidRPr="00AC5BC9">
        <w:t xml:space="preserve">: </w:t>
      </w:r>
      <w:r w:rsidR="00DE53F1">
        <w:t>______________________________________________________________</w:t>
      </w:r>
    </w:p>
    <w:p w14:paraId="0696E1DB" w14:textId="77777777" w:rsidR="00DE53F1" w:rsidRDefault="00AC5BC9" w:rsidP="00DE53F1">
      <w:proofErr w:type="spellStart"/>
      <w:r w:rsidRPr="00AC5BC9">
        <w:t>Motivazione</w:t>
      </w:r>
      <w:proofErr w:type="spellEnd"/>
      <w:r w:rsidRPr="00AC5BC9">
        <w:t xml:space="preserve"> </w:t>
      </w:r>
      <w:proofErr w:type="spellStart"/>
      <w:r w:rsidRPr="00AC5BC9">
        <w:t>della</w:t>
      </w:r>
      <w:proofErr w:type="spellEnd"/>
      <w:r w:rsidRPr="00AC5BC9">
        <w:t xml:space="preserve"> </w:t>
      </w:r>
      <w:proofErr w:type="spellStart"/>
      <w:r w:rsidRPr="00AC5BC9">
        <w:t>riconducibilità</w:t>
      </w:r>
      <w:proofErr w:type="spellEnd"/>
      <w:r w:rsidRPr="00AC5BC9">
        <w:t xml:space="preserve"> </w:t>
      </w:r>
      <w:proofErr w:type="spellStart"/>
      <w:r w:rsidRPr="00AC5BC9">
        <w:t>alla</w:t>
      </w:r>
      <w:proofErr w:type="spellEnd"/>
      <w:r w:rsidRPr="00AC5BC9">
        <w:t xml:space="preserve"> </w:t>
      </w:r>
      <w:proofErr w:type="spellStart"/>
      <w:r w:rsidRPr="00AC5BC9">
        <w:t>fattispecie</w:t>
      </w:r>
      <w:proofErr w:type="spellEnd"/>
      <w:r w:rsidRPr="00AC5BC9">
        <w:t xml:space="preserve"> </w:t>
      </w:r>
      <w:proofErr w:type="spellStart"/>
      <w:r w:rsidRPr="00AC5BC9">
        <w:t>ammessa</w:t>
      </w:r>
      <w:proofErr w:type="spellEnd"/>
      <w:r w:rsidRPr="00AC5BC9">
        <w:t xml:space="preserve">: </w:t>
      </w:r>
      <w:r w:rsidR="00DE53F1">
        <w:t>______________________________________________________________</w:t>
      </w:r>
    </w:p>
    <w:p w14:paraId="616DCE70" w14:textId="77777777" w:rsidR="00DE53F1" w:rsidRDefault="00DE53F1" w:rsidP="00DE53F1">
      <w:pPr>
        <w:rPr>
          <w:i/>
          <w:iCs/>
          <w:lang w:val="it-IT"/>
        </w:rPr>
      </w:pPr>
    </w:p>
    <w:p w14:paraId="312BEF93" w14:textId="2B8D2915" w:rsidR="00AC5BC9" w:rsidRPr="00AC5BC9" w:rsidRDefault="00AC5BC9" w:rsidP="00DE53F1">
      <w:pPr>
        <w:rPr>
          <w:lang w:val="it-IT"/>
        </w:rPr>
      </w:pPr>
      <w:r w:rsidRPr="00AC5BC9">
        <w:rPr>
          <w:i/>
          <w:iCs/>
          <w:lang w:val="it-IT"/>
        </w:rPr>
        <w:t xml:space="preserve">L’accertamento è ammissibile esclusivamente nei casi tassativi previsti dall’art. 167, comma 4, </w:t>
      </w:r>
      <w:proofErr w:type="spellStart"/>
      <w:r w:rsidRPr="00AC5BC9">
        <w:rPr>
          <w:i/>
          <w:iCs/>
          <w:lang w:val="it-IT"/>
        </w:rPr>
        <w:t>D.Lgs.</w:t>
      </w:r>
      <w:proofErr w:type="spellEnd"/>
      <w:r w:rsidRPr="00AC5BC9">
        <w:rPr>
          <w:i/>
          <w:iCs/>
          <w:lang w:val="it-IT"/>
        </w:rPr>
        <w:t xml:space="preserve"> 42/2004. Non utilizzare questa sezione per interventi ancora da realizzare.</w:t>
      </w:r>
    </w:p>
    <w:p w14:paraId="2B309BDA" w14:textId="77777777" w:rsidR="00856860" w:rsidRDefault="00856860">
      <w:pPr>
        <w:spacing w:after="200"/>
        <w:rPr>
          <w:rFonts w:asciiTheme="majorHAnsi" w:eastAsiaTheme="majorEastAsia" w:hAnsiTheme="majorHAnsi" w:cstheme="majorBidi"/>
          <w:b/>
          <w:bCs/>
          <w:color w:val="548235"/>
          <w:sz w:val="30"/>
          <w:szCs w:val="28"/>
        </w:rPr>
      </w:pPr>
      <w:r>
        <w:br w:type="page"/>
      </w:r>
    </w:p>
    <w:p w14:paraId="63C5A1F1" w14:textId="74ACFB46" w:rsidR="006C35F6" w:rsidRDefault="00A674B8">
      <w:pPr>
        <w:pStyle w:val="Titolo1"/>
      </w:pPr>
      <w:r>
        <w:lastRenderedPageBreak/>
        <w:t>N</w:t>
      </w:r>
      <w:r w:rsidR="00E22E7B">
        <w:t>. DICHIARAZIONI DEL PROFESSIONISTA</w:t>
      </w:r>
    </w:p>
    <w:p w14:paraId="2FE27AC3" w14:textId="77777777" w:rsidR="006C35F6" w:rsidRDefault="00E22E7B">
      <w:r>
        <w:t>☐ La documentazione rappresenta in modo completo lo stato dei luoghi e l’intervento proposto.</w:t>
      </w:r>
    </w:p>
    <w:p w14:paraId="1E8C4702" w14:textId="77777777" w:rsidR="006C35F6" w:rsidRDefault="00E22E7B" w:rsidP="007472A9">
      <w:pPr>
        <w:jc w:val="both"/>
      </w:pPr>
      <w:r>
        <w:t>☐ Gli elaborati grafici e la documentazione fotografica sono coerenti con la descrizione contenuta nella relazione.</w:t>
      </w:r>
    </w:p>
    <w:p w14:paraId="068CEC1A" w14:textId="77777777" w:rsidR="006C35F6" w:rsidRDefault="00E22E7B">
      <w:r>
        <w:t>☐ È stata verificata la procedura applicabile e sono stati riportati i riferimenti normativi pertinenti.</w:t>
      </w:r>
    </w:p>
    <w:p w14:paraId="674A42C9" w14:textId="77777777" w:rsidR="006C35F6" w:rsidRDefault="00E22E7B" w:rsidP="007472A9">
      <w:pPr>
        <w:jc w:val="both"/>
      </w:pPr>
      <w:r>
        <w:t>☐ La documentazione allegata risponde ai contenuti richiesti dalla specifica procedura, fatti salvi gli ulteriori documenti previsti dalla modulistica SUE.</w:t>
      </w:r>
    </w:p>
    <w:p w14:paraId="26F112B4" w14:textId="4C958749" w:rsidR="006C35F6" w:rsidRDefault="00E22E7B">
      <w:r>
        <w:br/>
        <w:t xml:space="preserve">Luogo e data: </w:t>
      </w:r>
    </w:p>
    <w:p w14:paraId="16762D31" w14:textId="77777777" w:rsidR="00AC5BC9" w:rsidRDefault="00AC5BC9"/>
    <w:p w14:paraId="09675CA2" w14:textId="02307790" w:rsidR="006C35F6" w:rsidRDefault="00E22E7B">
      <w:r>
        <w:t xml:space="preserve">Il </w:t>
      </w:r>
      <w:proofErr w:type="spellStart"/>
      <w:r>
        <w:t>profession</w:t>
      </w:r>
      <w:r w:rsidR="00DE53F1">
        <w:t>i</w:t>
      </w:r>
      <w:r>
        <w:t>sta</w:t>
      </w:r>
      <w:proofErr w:type="spellEnd"/>
      <w:r>
        <w:t xml:space="preserve"> </w:t>
      </w:r>
      <w:proofErr w:type="spellStart"/>
      <w:r>
        <w:t>incaricato</w:t>
      </w:r>
      <w:proofErr w:type="spellEnd"/>
      <w:r>
        <w:br/>
        <w:t>__________________</w:t>
      </w:r>
      <w:r w:rsidR="00DE53F1">
        <w:t>___</w:t>
      </w:r>
    </w:p>
    <w:p w14:paraId="62D828DF" w14:textId="77777777" w:rsidR="00AC5BC9" w:rsidRDefault="00AC5BC9"/>
    <w:p w14:paraId="4746A421" w14:textId="77777777" w:rsidR="006C35F6" w:rsidRDefault="006C35F6"/>
    <w:sectPr w:rsidR="006C35F6" w:rsidSect="00856860">
      <w:headerReference w:type="default" r:id="rId8"/>
      <w:footerReference w:type="default" r:id="rId9"/>
      <w:pgSz w:w="12240" w:h="15840"/>
      <w:pgMar w:top="1560" w:right="1134" w:bottom="1020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51F17" w14:textId="77777777" w:rsidR="00E22E7B" w:rsidRDefault="00E22E7B">
      <w:pPr>
        <w:spacing w:after="0" w:line="240" w:lineRule="auto"/>
      </w:pPr>
      <w:r>
        <w:separator/>
      </w:r>
    </w:p>
  </w:endnote>
  <w:endnote w:type="continuationSeparator" w:id="0">
    <w:p w14:paraId="1068F928" w14:textId="77777777" w:rsidR="00E22E7B" w:rsidRDefault="00E22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D7997" w14:textId="77777777" w:rsidR="006C35F6" w:rsidRDefault="00E22E7B">
    <w:pPr>
      <w:pStyle w:val="Pidipagina"/>
      <w:jc w:val="center"/>
    </w:pPr>
    <w:proofErr w:type="spellStart"/>
    <w:r>
      <w:rPr>
        <w:color w:val="666666"/>
        <w:sz w:val="16"/>
      </w:rPr>
      <w:t>Commissione</w:t>
    </w:r>
    <w:proofErr w:type="spellEnd"/>
    <w:r>
      <w:rPr>
        <w:color w:val="666666"/>
        <w:sz w:val="16"/>
      </w:rPr>
      <w:t xml:space="preserve"> Locale per il </w:t>
    </w:r>
    <w:proofErr w:type="spellStart"/>
    <w:r>
      <w:rPr>
        <w:color w:val="666666"/>
        <w:sz w:val="16"/>
      </w:rPr>
      <w:t>Paesaggio</w:t>
    </w:r>
    <w:proofErr w:type="spellEnd"/>
    <w:r>
      <w:rPr>
        <w:color w:val="666666"/>
        <w:sz w:val="16"/>
      </w:rPr>
      <w:t xml:space="preserve"> – </w:t>
    </w:r>
    <w:proofErr w:type="spellStart"/>
    <w:r>
      <w:rPr>
        <w:color w:val="666666"/>
        <w:sz w:val="16"/>
      </w:rPr>
      <w:t>documento</w:t>
    </w:r>
    <w:proofErr w:type="spellEnd"/>
    <w:r>
      <w:rPr>
        <w:color w:val="666666"/>
        <w:sz w:val="16"/>
      </w:rPr>
      <w:t xml:space="preserve"> </w:t>
    </w:r>
    <w:proofErr w:type="spellStart"/>
    <w:r>
      <w:rPr>
        <w:color w:val="666666"/>
        <w:sz w:val="16"/>
      </w:rPr>
      <w:t>informativo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C8161" w14:textId="77777777" w:rsidR="00E22E7B" w:rsidRDefault="00E22E7B">
      <w:pPr>
        <w:spacing w:after="0" w:line="240" w:lineRule="auto"/>
      </w:pPr>
      <w:r>
        <w:separator/>
      </w:r>
    </w:p>
  </w:footnote>
  <w:footnote w:type="continuationSeparator" w:id="0">
    <w:p w14:paraId="3D38609A" w14:textId="77777777" w:rsidR="00E22E7B" w:rsidRDefault="00E22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F826A" w14:textId="77777777" w:rsidR="006C35F6" w:rsidRDefault="00E22E7B">
    <w:pPr>
      <w:pStyle w:val="Intestazione"/>
      <w:spacing w:after="40"/>
    </w:pPr>
    <w:r>
      <w:rPr>
        <w:b/>
        <w:color w:val="548235"/>
        <w:sz w:val="16"/>
      </w:rPr>
      <w:t xml:space="preserve">COMUNE DI </w:t>
    </w:r>
    <w:proofErr w:type="gramStart"/>
    <w:r>
      <w:rPr>
        <w:b/>
        <w:color w:val="548235"/>
        <w:sz w:val="16"/>
      </w:rPr>
      <w:t>COLLEGNO  |</w:t>
    </w:r>
    <w:proofErr w:type="gramEnd"/>
    <w:r>
      <w:rPr>
        <w:b/>
        <w:color w:val="548235"/>
        <w:sz w:val="16"/>
      </w:rPr>
      <w:t xml:space="preserve">  SPORTELLO UNICO PER L’EDILIZIA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423968">
    <w:abstractNumId w:val="8"/>
  </w:num>
  <w:num w:numId="2" w16cid:durableId="1360813505">
    <w:abstractNumId w:val="6"/>
  </w:num>
  <w:num w:numId="3" w16cid:durableId="1527135592">
    <w:abstractNumId w:val="5"/>
  </w:num>
  <w:num w:numId="4" w16cid:durableId="1423448609">
    <w:abstractNumId w:val="4"/>
  </w:num>
  <w:num w:numId="5" w16cid:durableId="1938057255">
    <w:abstractNumId w:val="7"/>
  </w:num>
  <w:num w:numId="6" w16cid:durableId="2096781149">
    <w:abstractNumId w:val="3"/>
  </w:num>
  <w:num w:numId="7" w16cid:durableId="2056199201">
    <w:abstractNumId w:val="2"/>
  </w:num>
  <w:num w:numId="8" w16cid:durableId="1638414056">
    <w:abstractNumId w:val="1"/>
  </w:num>
  <w:num w:numId="9" w16cid:durableId="901016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9380D"/>
    <w:rsid w:val="006C35F6"/>
    <w:rsid w:val="00710FF7"/>
    <w:rsid w:val="007472A9"/>
    <w:rsid w:val="007541CF"/>
    <w:rsid w:val="00856860"/>
    <w:rsid w:val="0089201C"/>
    <w:rsid w:val="00A674B8"/>
    <w:rsid w:val="00AA1D8D"/>
    <w:rsid w:val="00AC5BC9"/>
    <w:rsid w:val="00B47730"/>
    <w:rsid w:val="00CB0664"/>
    <w:rsid w:val="00D25D0F"/>
    <w:rsid w:val="00D530CD"/>
    <w:rsid w:val="00DE53F1"/>
    <w:rsid w:val="00E22E7B"/>
    <w:rsid w:val="00F1466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D2786A"/>
  <w14:defaultImageDpi w14:val="330"/>
  <w15:docId w15:val="{CD0D55D2-C50D-430C-A32F-1BB9BB709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20"/>
    </w:pPr>
    <w:rPr>
      <w:rFonts w:ascii="Arial" w:hAnsi="Arial"/>
      <w:color w:val="263238"/>
      <w:sz w:val="2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56860"/>
    <w:pPr>
      <w:keepNext/>
      <w:keepLines/>
      <w:spacing w:before="360" w:after="220"/>
      <w:outlineLvl w:val="0"/>
    </w:pPr>
    <w:rPr>
      <w:rFonts w:asciiTheme="majorHAnsi" w:eastAsiaTheme="majorEastAsia" w:hAnsiTheme="majorHAnsi" w:cstheme="majorBidi"/>
      <w:b/>
      <w:bCs/>
      <w:color w:val="548235"/>
      <w:sz w:val="30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40" w:after="10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40" w:after="100"/>
      <w:outlineLvl w:val="2"/>
    </w:pPr>
    <w:rPr>
      <w:rFonts w:asciiTheme="majorHAnsi" w:eastAsiaTheme="majorEastAsia" w:hAnsiTheme="majorHAnsi" w:cstheme="majorBidi"/>
      <w:b/>
      <w:bCs/>
      <w:color w:val="548235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856860"/>
    <w:rPr>
      <w:rFonts w:asciiTheme="majorHAnsi" w:eastAsiaTheme="majorEastAsia" w:hAnsiTheme="majorHAnsi" w:cstheme="majorBidi"/>
      <w:b/>
      <w:bCs/>
      <w:color w:val="548235"/>
      <w:sz w:val="30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before="240" w:after="100" w:line="240" w:lineRule="auto"/>
      <w:contextualSpacing/>
    </w:pPr>
    <w:rPr>
      <w:rFonts w:asciiTheme="majorHAnsi" w:eastAsiaTheme="majorEastAsia" w:hAnsiTheme="majorHAnsi" w:cstheme="majorBidi"/>
      <w:b/>
      <w:color w:val="548235"/>
      <w:spacing w:val="5"/>
      <w:kern w:val="28"/>
      <w:sz w:val="40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8</Pages>
  <Words>1207</Words>
  <Characters>6881</Characters>
  <Application>Microsoft Office Word</Application>
  <DocSecurity>0</DocSecurity>
  <Lines>57</Lines>
  <Paragraphs>16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8072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VALENTINO Rosanna</cp:lastModifiedBy>
  <cp:revision>10</cp:revision>
  <dcterms:created xsi:type="dcterms:W3CDTF">2013-12-23T23:15:00Z</dcterms:created>
  <dcterms:modified xsi:type="dcterms:W3CDTF">2026-11-05T11:25:00Z</dcterms:modified>
  <cp:category/>
</cp:coreProperties>
</file>